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🌡️ דף תרגול: מד חום הרגשות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זיהוי רגשות, אקלים כיתה. נושאים: כללי.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איזה רגש מתאים למצב?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2–ז · 3–ב · 4–ד · 5–א · 6–ה · 7–ו · 8–ח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(התשובה הצפויה; תשובה אחרת עם נימוק טוב מתקבלת.)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מד העוצמה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רגוע/ה &lt; מרוצה &lt; שמח/ה &lt; נלהב/ת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מוטרד/ת &lt; מודאג/ת &lt; לחוץ/ה &lt; מבוהל/ת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מה עוזר לי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אישי, רשות.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🌡️ מד חום הרגשות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איזה רגש מתאים למצב?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לכל מצב את הרגש שהכי מתאים לו (גם תשובה אחרת עם נימוק טוב מתקבלת).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המצב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הרגש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קיבלתי ציון על עבודה שהשקעתי בה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הקלה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הצלחתי לעזור לחבר/ה בשיעור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תסכול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ניסיתי כמה פעמים ועדיין לא הצלחתי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שמחה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מחר מבחן ואני לא בטוח/ה שאני מוכן/ה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דאגה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המבחן נגמר ועבר טוב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בדידות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בהפסקה לא היה לי עם מי לדבר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הפתעה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7. קיבלתי הודעה שלא ציפיתי לה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ז. גאווה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8. הטיול שחיכיתי לו נדחה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ח. אכזבה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מד העוצמה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מספרו את המילים מהעוצמה החלשה (1) עד החזקה (4).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רגוע/ה (__)   ·   נלהב/ת (__)   ·   שמח/ה (__)   ·   מרוצה (__)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מבוהל/ת (__)   ·   לחוץ/ה (__)   ·   מוטרד/ת (__)   ·   מודאג/ת (__)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מה עוזר לי כשקשה?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שני דברים שעוזרים לכם, והוסיפו רעיון משלכם (רשות – אין צורך לשתף).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☐ נשימה עמוקה ×3   ☐ לשתות מים   ☐ לדבר עם מישהו/י שאני סומך/ת   ☐ לזוז קצת   ☐ לכתוב מה מרגיז אותי   ☐ מוזיקה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רעיון משלי: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CE7F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💛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תמיד אפשר לפנות ליועצת או למבוגר/ת שסומכים עליו/ה.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מד חום הרגשות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מד חום הרגשות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