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🌡️ דף תרגול: מד חום הרגשות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זיהוי רגשות, אקלים כיתה. נושאים: כללי.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איזה רגש מתאים למצב?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1–ב · 2–ג · 3–ד · 4–א · 5–ה · 6–ו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(התשובה הצפויה; תשובה אחרת עם נימוק טוב מתקבלת.)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מד העוצמה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רגוע/ה &lt; מרוצה &lt; שמח/ה &lt; נלהב/ת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מוטרד/ת &lt; מודאג/ת &lt; לחוץ/ה &lt; מבוהל/ת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מה עוזר לי כשקשה?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אישי, רשות.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🌡️ מד חום הרגשות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מכתב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letter (mail)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письмо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رسالة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כתובת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address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адрес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عنوان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מעטפה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envelope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конверт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مغلّف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דואר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post office / mail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почта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بريد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אולפן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Hebrew language school (ulpan)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ульпан (школа иврита)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أولبان (مدرسة لتعليم العبرية)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מאפייה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bakery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пекарня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مخبز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crown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корона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تاج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עיתון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newspaper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газета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جريدة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איזה רגש מתאים למצב?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התאימו מצב ↔ רגש.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DCFCE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📘 מילון רגשות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שמחה = joy / радость / فرح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דאגה = worry / тревога / قلق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תסכול = frustration / досада / إحباط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הקלה = relief / облегчение / ارتياح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המצב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הרגש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קיבלתי ציון על עבודה שהשקעתי בה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דאגה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הצלחתי לעזור לחבר/ה בשיעור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שמחה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ניסיתי כמה פעמים ועדיין לא הצלחתי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גאווה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מחר מבחן ואני לא בטוח/ה שאני מוכן/ה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תסכול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המבחן נגמר ועבר טוב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הקלה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6. בהפסקה לא היה לי עם מי לדבר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ו. בדידות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מד העוצמה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מספר: 1 = חלש, 4 = חזק.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נלהב/ת (__)   ·   שמח/ה (__)   ·   רגוע/ה (__)   ·   מרוצה (__)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מודאג/ת (__)   ·   לחוץ/ה (__)   ·   מוטרד/ת (__)   ·   מבוהל/ת (__)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מה עוזר לי כשקשה?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סמנו מה עוזר לי.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☐ נשימה עמוקה ×3   ☐ לשתות מים   ☐ לדבר עם מישהו/י שאני סומך/ת   ☐ לזוז קצת   ☐ לכתוב מה מרגיז אותי   ☐ מוזיקה שקטה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רעיון משלי: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CE7F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💛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תמיד אפשר לפנות ליועצת או למבוגר/ת שסומכים עליו/ה.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מד חום הרגשות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מד חום הרגשות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