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🌡️ דף תרגול: מד חום הרגשות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זיהוי רגשות, אקלים כיתה. נושאים: כללי.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איזה רגש מתאים למצב?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1–א · 2–ד · 3–ג · 4–ב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(התשובה הצפויה; תשובה אחרת עם נימוק טוב מתקבלת.)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מד העוצמה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רגוע/ה &lt; מרוצה &lt; שמח/ה &lt; נלהב/ת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מה עוזר לי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אישי, רשות.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🌡️ מד חום הרגשות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איזה רגש מתאים למצב?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מצב ↔ רגש.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המצב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הרגש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קיבלתי ציון על עבודה שהשקעתי בה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שמחה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הצלחתי לעזור לחבר/ה בשיעור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דאגה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ניסיתי כמה פעמים ועדיין לא הצלחתי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תסכול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מחר מבחן ואני לא בטוח/ה שאני מוכן/ה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גאווה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מד העוצמה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מספר: 1 = חלש, 4 = חזק.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שמח/ה (__)   ·   מרוצה (__)   ·   נלהב/ת (__)   ·   רגוע/ה (__)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מה עוזר לי כשקשה?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סמנו מה עוזר 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☐ נשימה עמוקה ×3   ☐ לשתות מים   ☐ לדבר עם מישהו/י שאני סומך/ת   ☐ לזוז קצת   ☐ לכתוב מה מרגיז אותי   ☐ מוזיקה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רעיון משלי: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CE7F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💛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תמיד אפשר לפנות ליועצת או למבוגר/ת שסומכים עליו/ה.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מד חום הרגשות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מד חום הרגשות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