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✨ דף תרגול: קלפי השראה ומנהיגות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ערכים, כתיבה רפלקטיבית.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אמרה ↔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2–ב · 3–ה · 4–ד · 5–ג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מה זה אומר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הסבר נאמן למשמעות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אמרה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מקוריות ובהירות.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✨ קלפי השראה ומנהיגות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אמרה ↔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כל אמרה למקור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האמרה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המקור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אם אין אני לי, מי לי? וכשאני לעצמי, מה אני? ואם לא עכשיו, אימתי?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פרקי אבות א, יד (הלל)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כל המקיים נפש אחת... כאילו קיים עולם מלא.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משנה, סנהדרין ד, 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חזק ואמץ.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ויקרא יט, יח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איש את רעהו יעזרו, ולאחיו יאמר: חזק.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ישעיהו מא, ו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ואהבת לרעך כמוך.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יהושע א, ו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מה זה אומר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אמרה אחת. הסבירו אותה במילים שלכם ותנו דוגמה מהחיים (בבית הספר, בחברה, במשפחה).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האמרה שבחרתי: ________________________   ההסבר 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דוגמה מהחיים: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אמרה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אמרה קצרה משלכם על מנהיגות, אחריות או התמדה, וכתבו למי הייתם רוצים לתת אותה.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קלפי השראה ומנהיגות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קלפי השראה ומנהיגות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